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DB599" w14:textId="77777777" w:rsidR="00CA3F74" w:rsidRDefault="00E80669">
      <w:pPr>
        <w:jc w:val="center"/>
      </w:pPr>
      <w:r>
        <w:rPr>
          <w:b/>
          <w:sz w:val="36"/>
        </w:rPr>
        <w:t>LICENCE TO OCCUPY BUSINESS PREMISES</w:t>
      </w:r>
      <w:r>
        <w:rPr>
          <w:b/>
          <w:sz w:val="36"/>
        </w:rPr>
        <w:br/>
      </w:r>
    </w:p>
    <w:p w14:paraId="384C8A85" w14:textId="77777777" w:rsidR="00CA3F74" w:rsidRDefault="00E80669">
      <w:pPr>
        <w:jc w:val="center"/>
      </w:pPr>
      <w:r>
        <w:rPr>
          <w:b/>
        </w:rPr>
        <w:t>Rolling Monthly Licence Agreement</w:t>
      </w:r>
    </w:p>
    <w:p w14:paraId="6B6AE548" w14:textId="77777777" w:rsidR="00CA3F74" w:rsidRDefault="00E80669">
      <w:r>
        <w:t>This agreement is intended for use by Cheddleton Parish Council for occupiers using rooms at Cheddleton Old School, Hollow Lane, Cheddleton, ST13 7HP.</w:t>
      </w:r>
    </w:p>
    <w:p w14:paraId="7EEAFA9B" w14:textId="77777777" w:rsidR="00CA3F74" w:rsidRPr="00C67747" w:rsidRDefault="00E80669">
      <w:pPr>
        <w:pStyle w:val="Heading1"/>
        <w:rPr>
          <w:color w:val="C00000"/>
        </w:rPr>
      </w:pPr>
      <w:r w:rsidRPr="00C67747">
        <w:rPr>
          <w:color w:val="C00000"/>
        </w:rPr>
        <w:t>1. Parties</w:t>
      </w:r>
    </w:p>
    <w:p w14:paraId="179D0B77" w14:textId="6364D8A0" w:rsidR="00CA3F74" w:rsidRDefault="00E80669">
      <w:r>
        <w:t>This Licence Agreement is made between:</w:t>
      </w:r>
      <w:r>
        <w:br/>
      </w:r>
      <w:r>
        <w:br/>
        <w:t xml:space="preserve">CHEDDLETON PARISH COUNCIL of </w:t>
      </w:r>
      <w:r w:rsidR="00FD26BC">
        <w:t xml:space="preserve">49 Armitage Road, </w:t>
      </w:r>
      <w:proofErr w:type="spellStart"/>
      <w:r w:rsidR="00FD26BC">
        <w:t>Rugeley</w:t>
      </w:r>
      <w:proofErr w:type="spellEnd"/>
      <w:r w:rsidR="00FD26BC">
        <w:t>, Staffordshire, WS15 1</w:t>
      </w:r>
      <w:proofErr w:type="gramStart"/>
      <w:r w:rsidR="00FD26BC">
        <w:t>DQ</w:t>
      </w:r>
      <w:r>
        <w:t xml:space="preserve"> (‘</w:t>
      </w:r>
      <w:proofErr w:type="gramEnd"/>
      <w:r>
        <w:t>the Licensor’)</w:t>
      </w:r>
      <w:r>
        <w:br/>
      </w:r>
      <w:r>
        <w:br/>
        <w:t>and</w:t>
      </w:r>
      <w:r>
        <w:br/>
      </w:r>
      <w:r>
        <w:br/>
        <w:t>____________________________________</w:t>
      </w:r>
      <w:proofErr w:type="gramStart"/>
      <w:r>
        <w:t>_ (‘</w:t>
      </w:r>
      <w:proofErr w:type="gramEnd"/>
      <w:r>
        <w:t>the Licensee’).</w:t>
      </w:r>
    </w:p>
    <w:p w14:paraId="7ECD9125" w14:textId="77777777" w:rsidR="00CA3F74" w:rsidRPr="00C67747" w:rsidRDefault="00E80669">
      <w:pPr>
        <w:pStyle w:val="Heading1"/>
        <w:rPr>
          <w:color w:val="C00000"/>
        </w:rPr>
      </w:pPr>
      <w:r w:rsidRPr="00C67747">
        <w:rPr>
          <w:color w:val="C00000"/>
        </w:rPr>
        <w:t>2. Property</w:t>
      </w:r>
    </w:p>
    <w:p w14:paraId="2F462C22" w14:textId="531DB6C7" w:rsidR="00CA3F74" w:rsidRDefault="00E80669">
      <w:r>
        <w:t xml:space="preserve">The Licensor grants the Licensee permission to occupy the room described in the relevant Schedule </w:t>
      </w:r>
      <w:r w:rsidR="00FD26BC">
        <w:t xml:space="preserve">and </w:t>
      </w:r>
      <w:proofErr w:type="gramStart"/>
      <w:r w:rsidR="00FD26BC">
        <w:t>floorplan</w:t>
      </w:r>
      <w:proofErr w:type="gramEnd"/>
      <w:r w:rsidR="00FD26BC">
        <w:t xml:space="preserve"> </w:t>
      </w:r>
      <w:r>
        <w:t>attached to this agreement at Cheddleton Old School, Hollow Lane, Cheddleton, ST13 7</w:t>
      </w:r>
      <w:proofErr w:type="gramStart"/>
      <w:r>
        <w:t>HP (‘</w:t>
      </w:r>
      <w:proofErr w:type="gramEnd"/>
      <w:r>
        <w:t>the Property’).</w:t>
      </w:r>
    </w:p>
    <w:p w14:paraId="3217D936" w14:textId="77777777" w:rsidR="00CA3F74" w:rsidRPr="00C67747" w:rsidRDefault="00E80669">
      <w:pPr>
        <w:pStyle w:val="Heading1"/>
        <w:rPr>
          <w:color w:val="C00000"/>
        </w:rPr>
      </w:pPr>
      <w:r w:rsidRPr="00C67747">
        <w:rPr>
          <w:color w:val="C00000"/>
        </w:rPr>
        <w:t>3. Nature of Agreement</w:t>
      </w:r>
    </w:p>
    <w:p w14:paraId="57F4C3AF" w14:textId="77777777" w:rsidR="00CA3F74" w:rsidRDefault="00E80669">
      <w:r>
        <w:t>This agreement creates a licence only and does not create a tenancy or exclusive possession. The Licensor retains overall control and management of the building and shared areas.</w:t>
      </w:r>
    </w:p>
    <w:p w14:paraId="6403ECF5" w14:textId="77777777" w:rsidR="00CA3F74" w:rsidRPr="00C67747" w:rsidRDefault="00E80669">
      <w:pPr>
        <w:pStyle w:val="Heading1"/>
        <w:rPr>
          <w:color w:val="C00000"/>
        </w:rPr>
      </w:pPr>
      <w:r w:rsidRPr="00C67747">
        <w:rPr>
          <w:color w:val="C00000"/>
        </w:rPr>
        <w:t>4. Permitted Use</w:t>
      </w:r>
    </w:p>
    <w:p w14:paraId="05A671C9" w14:textId="77777777" w:rsidR="00CA3F74" w:rsidRDefault="00E80669">
      <w:r>
        <w:t>The Property may only be used for the business purpose stated in the relevant Schedule unless otherwise agreed in writing by the Licensor.</w:t>
      </w:r>
    </w:p>
    <w:p w14:paraId="5D67EC62" w14:textId="77777777" w:rsidR="00CA3F74" w:rsidRPr="00C67747" w:rsidRDefault="00E80669">
      <w:pPr>
        <w:pStyle w:val="Heading1"/>
        <w:rPr>
          <w:color w:val="C00000"/>
        </w:rPr>
      </w:pPr>
      <w:r w:rsidRPr="00C67747">
        <w:rPr>
          <w:color w:val="C00000"/>
        </w:rPr>
        <w:t>5. Licence Fee</w:t>
      </w:r>
    </w:p>
    <w:p w14:paraId="76E44690" w14:textId="77777777" w:rsidR="00CA3F74" w:rsidRDefault="00E80669">
      <w:r>
        <w:t>The Licensee shall pay the monthly licence fee stated in the relevant Schedule on the 1st day of each calendar month in advance.</w:t>
      </w:r>
    </w:p>
    <w:p w14:paraId="2E73EFC9" w14:textId="77777777" w:rsidR="00CA3F74" w:rsidRDefault="00E80669">
      <w:r>
        <w:t>The licence fee includes:</w:t>
      </w:r>
      <w:r>
        <w:br/>
        <w:t>- electricity</w:t>
      </w:r>
      <w:r>
        <w:br/>
        <w:t>- heating</w:t>
      </w:r>
      <w:r>
        <w:br/>
      </w:r>
      <w:r>
        <w:lastRenderedPageBreak/>
        <w:t>- water charges</w:t>
      </w:r>
      <w:r>
        <w:br/>
        <w:t>- building insurance</w:t>
      </w:r>
      <w:r>
        <w:br/>
        <w:t>- cleaning and maintenance of shared toilet facilities</w:t>
      </w:r>
      <w:r>
        <w:br/>
        <w:t>- general maintenance of common areas</w:t>
      </w:r>
    </w:p>
    <w:p w14:paraId="30C2B408" w14:textId="77777777" w:rsidR="00CA3F74" w:rsidRDefault="00E80669">
      <w:r>
        <w:t>The Licensee shall remain responsible for:</w:t>
      </w:r>
      <w:r>
        <w:br/>
        <w:t>- business rates</w:t>
      </w:r>
      <w:r>
        <w:br/>
        <w:t>- telephone and internet services</w:t>
      </w:r>
      <w:r>
        <w:br/>
        <w:t>- contents insurance</w:t>
      </w:r>
      <w:r>
        <w:br/>
        <w:t>- public liability insurance appropriate to their business activities</w:t>
      </w:r>
    </w:p>
    <w:p w14:paraId="388171B8" w14:textId="77777777" w:rsidR="00CA3F74" w:rsidRPr="00C67747" w:rsidRDefault="00E80669">
      <w:pPr>
        <w:pStyle w:val="Heading1"/>
        <w:rPr>
          <w:color w:val="C00000"/>
        </w:rPr>
      </w:pPr>
      <w:r w:rsidRPr="00C67747">
        <w:rPr>
          <w:color w:val="C00000"/>
        </w:rPr>
        <w:t>6. Shared Areas</w:t>
      </w:r>
    </w:p>
    <w:p w14:paraId="58F47F60" w14:textId="77777777" w:rsidR="00CA3F74" w:rsidRDefault="00E80669">
      <w:r>
        <w:t>The shared toilet facilities and common access areas remain under the control of the Licensor and may be used in common with other occupiers.</w:t>
      </w:r>
    </w:p>
    <w:p w14:paraId="36C7766B" w14:textId="77777777" w:rsidR="00CA3F74" w:rsidRPr="00C67747" w:rsidRDefault="00E80669">
      <w:pPr>
        <w:pStyle w:val="Heading1"/>
        <w:rPr>
          <w:color w:val="C00000"/>
        </w:rPr>
      </w:pPr>
      <w:r w:rsidRPr="00C67747">
        <w:rPr>
          <w:color w:val="C00000"/>
        </w:rPr>
        <w:t>7. Licensee Obligations</w:t>
      </w:r>
    </w:p>
    <w:p w14:paraId="1D16B9F8" w14:textId="1A571BE0" w:rsidR="00CA3F74" w:rsidRDefault="00E80669">
      <w:pPr>
        <w:pStyle w:val="ListBullet"/>
      </w:pPr>
      <w:r>
        <w:t xml:space="preserve">keep the </w:t>
      </w:r>
      <w:r w:rsidR="00835671">
        <w:t>p</w:t>
      </w:r>
      <w:r>
        <w:t>roperty clean, tidy and safe</w:t>
      </w:r>
    </w:p>
    <w:p w14:paraId="0BE9236F" w14:textId="77777777" w:rsidR="00CA3F74" w:rsidRDefault="00E80669">
      <w:pPr>
        <w:pStyle w:val="ListBullet"/>
      </w:pPr>
      <w:r>
        <w:t>not cause nuisance or disturbance to other occupiers or visitors</w:t>
      </w:r>
    </w:p>
    <w:p w14:paraId="0A00FF9E" w14:textId="77777777" w:rsidR="00CA3F74" w:rsidRDefault="00E80669">
      <w:pPr>
        <w:pStyle w:val="ListBullet"/>
      </w:pPr>
      <w:r>
        <w:t>comply with all health and safety, fire safety and statutory obligations relevant to their business</w:t>
      </w:r>
    </w:p>
    <w:p w14:paraId="635AFCE7" w14:textId="77777777" w:rsidR="00CA3F74" w:rsidRDefault="00E80669">
      <w:pPr>
        <w:pStyle w:val="ListBullet"/>
      </w:pPr>
      <w:r>
        <w:t>obtain and maintain any licences, consents or registrations required for their business</w:t>
      </w:r>
    </w:p>
    <w:p w14:paraId="34A52613" w14:textId="77777777" w:rsidR="00CA3F74" w:rsidRDefault="00E80669">
      <w:pPr>
        <w:pStyle w:val="ListBullet"/>
      </w:pPr>
      <w:r>
        <w:t>not make structural alterations without written consent</w:t>
      </w:r>
    </w:p>
    <w:p w14:paraId="3EB27FEB" w14:textId="77777777" w:rsidR="00CA3F74" w:rsidRDefault="00E80669">
      <w:pPr>
        <w:pStyle w:val="ListBullet"/>
      </w:pPr>
      <w:r>
        <w:t>repair any damage caused by the Licensee, its staff, contractors or visitors</w:t>
      </w:r>
    </w:p>
    <w:p w14:paraId="60E22C1E" w14:textId="77777777" w:rsidR="00CA3F74" w:rsidRDefault="00E80669">
      <w:pPr>
        <w:pStyle w:val="ListBullet"/>
      </w:pPr>
      <w:r>
        <w:t>leave the Property in good condition at the end of the agreement</w:t>
      </w:r>
    </w:p>
    <w:p w14:paraId="7FEAEFE0" w14:textId="3F210BEA" w:rsidR="00835671" w:rsidRDefault="00835671">
      <w:pPr>
        <w:pStyle w:val="ListBullet"/>
      </w:pPr>
      <w:r w:rsidRPr="00835671">
        <w:t>not assign, sublet, share occupation of, or otherwise permit any other person or business to occupy or use the Property without the prior written consent of the Licensor.</w:t>
      </w:r>
    </w:p>
    <w:p w14:paraId="5FC35B41" w14:textId="77777777" w:rsidR="00CA3F74" w:rsidRPr="00C67747" w:rsidRDefault="00E80669">
      <w:pPr>
        <w:pStyle w:val="Heading1"/>
        <w:rPr>
          <w:color w:val="C00000"/>
        </w:rPr>
      </w:pPr>
      <w:r w:rsidRPr="00C67747">
        <w:rPr>
          <w:color w:val="C00000"/>
        </w:rPr>
        <w:t>8. Licensor Obligations</w:t>
      </w:r>
    </w:p>
    <w:p w14:paraId="6490BD14" w14:textId="77777777" w:rsidR="00CA3F74" w:rsidRDefault="00E80669">
      <w:r>
        <w:t>The Licensor shall maintain the structure of the building and insure the building against normal commercial risks where reasonably available.</w:t>
      </w:r>
    </w:p>
    <w:p w14:paraId="1FB29AC2" w14:textId="77777777" w:rsidR="00CA3F74" w:rsidRPr="00C67747" w:rsidRDefault="00E80669">
      <w:pPr>
        <w:pStyle w:val="Heading1"/>
        <w:rPr>
          <w:color w:val="C00000"/>
        </w:rPr>
      </w:pPr>
      <w:r w:rsidRPr="00C67747">
        <w:rPr>
          <w:color w:val="C00000"/>
        </w:rPr>
        <w:t>9. Access</w:t>
      </w:r>
    </w:p>
    <w:p w14:paraId="21E7CCEF" w14:textId="77777777" w:rsidR="00CA3F74" w:rsidRDefault="00E80669">
      <w:r>
        <w:t>The Licensor may enter the Property at reasonable times for inspection, maintenance, repairs, emergencies or compliance purposes.</w:t>
      </w:r>
    </w:p>
    <w:p w14:paraId="54ADB91A" w14:textId="77777777" w:rsidR="00CA3F74" w:rsidRPr="00C67747" w:rsidRDefault="00E80669">
      <w:pPr>
        <w:pStyle w:val="Heading1"/>
        <w:rPr>
          <w:color w:val="C00000"/>
        </w:rPr>
      </w:pPr>
      <w:r w:rsidRPr="00C67747">
        <w:rPr>
          <w:color w:val="C00000"/>
        </w:rPr>
        <w:t>10. Term</w:t>
      </w:r>
    </w:p>
    <w:p w14:paraId="27A2F0D7" w14:textId="77777777" w:rsidR="00CA3F74" w:rsidRDefault="00E80669">
      <w:r>
        <w:t>This agreement shall continue on a rolling monthly basis from the commencement date until terminated by either party giving not less than three months’ written notice.</w:t>
      </w:r>
    </w:p>
    <w:p w14:paraId="30FE2C24" w14:textId="77777777" w:rsidR="00CA3F74" w:rsidRDefault="00E80669">
      <w:r>
        <w:t>The Licensor may terminate the agreement immediately where there is:</w:t>
      </w:r>
      <w:r>
        <w:br/>
        <w:t>- non-payment of licence fees</w:t>
      </w:r>
      <w:r>
        <w:br/>
        <w:t>- serious breach of this agreement</w:t>
      </w:r>
      <w:r>
        <w:br/>
        <w:t>- illegal activity</w:t>
      </w:r>
      <w:r>
        <w:br/>
        <w:t>- behaviour causing serious nuisance or risk</w:t>
      </w:r>
    </w:p>
    <w:p w14:paraId="21F03839" w14:textId="77777777" w:rsidR="00CA3F74" w:rsidRPr="00835671" w:rsidRDefault="00E80669">
      <w:pPr>
        <w:pStyle w:val="Heading1"/>
        <w:rPr>
          <w:color w:val="C00000"/>
        </w:rPr>
      </w:pPr>
      <w:r w:rsidRPr="00835671">
        <w:rPr>
          <w:color w:val="C00000"/>
        </w:rPr>
        <w:t>11. Notices</w:t>
      </w:r>
    </w:p>
    <w:p w14:paraId="17A99FB4" w14:textId="77777777" w:rsidR="00CA3F74" w:rsidRDefault="00E80669">
      <w:r>
        <w:t>Any notice under this agreement may be served by hand, post or email.</w:t>
      </w:r>
    </w:p>
    <w:p w14:paraId="61606A52" w14:textId="77777777" w:rsidR="00CA3F74" w:rsidRPr="00835671" w:rsidRDefault="00E80669">
      <w:pPr>
        <w:pStyle w:val="Heading1"/>
        <w:rPr>
          <w:color w:val="C00000"/>
        </w:rPr>
      </w:pPr>
      <w:r w:rsidRPr="00835671">
        <w:rPr>
          <w:color w:val="C00000"/>
        </w:rPr>
        <w:t>12. Liability</w:t>
      </w:r>
    </w:p>
    <w:p w14:paraId="4ADBB2E4" w14:textId="77777777" w:rsidR="00CA3F74" w:rsidRDefault="00E80669">
      <w:r>
        <w:t>The Licensor accepts no responsibility for loss of or damage to the Licensee’s stock, equipment or belongings except where caused by the negligence of the Licensor.</w:t>
      </w:r>
    </w:p>
    <w:p w14:paraId="696AAC44" w14:textId="77777777" w:rsidR="00CA3F74" w:rsidRPr="00835671" w:rsidRDefault="00E80669">
      <w:pPr>
        <w:pStyle w:val="Heading1"/>
        <w:rPr>
          <w:color w:val="C00000"/>
        </w:rPr>
      </w:pPr>
      <w:r w:rsidRPr="00835671">
        <w:rPr>
          <w:color w:val="C00000"/>
        </w:rPr>
        <w:t>13. Governing Law</w:t>
      </w:r>
    </w:p>
    <w:p w14:paraId="3C5FABEF" w14:textId="77777777" w:rsidR="00CA3F74" w:rsidRDefault="00E80669">
      <w:r>
        <w:t>This agreement shall be governed by the laws of England and Wales.</w:t>
      </w:r>
    </w:p>
    <w:p w14:paraId="3D53B3A3" w14:textId="77777777" w:rsidR="00CA3F74" w:rsidRDefault="00E80669">
      <w:r>
        <w:br w:type="page"/>
      </w:r>
    </w:p>
    <w:p w14:paraId="4F1F3673" w14:textId="77777777" w:rsidR="00CA3F74" w:rsidRPr="00835671" w:rsidRDefault="00E80669">
      <w:pPr>
        <w:pStyle w:val="Heading1"/>
        <w:rPr>
          <w:color w:val="C00000"/>
        </w:rPr>
      </w:pPr>
      <w:r w:rsidRPr="00835671">
        <w:rPr>
          <w:color w:val="C00000"/>
        </w:rPr>
        <w:t>SCHEDULES</w:t>
      </w:r>
    </w:p>
    <w:p w14:paraId="7B78C97E" w14:textId="77777777" w:rsidR="00CA3F74" w:rsidRPr="00835671" w:rsidRDefault="00E80669">
      <w:pPr>
        <w:pStyle w:val="Heading2"/>
        <w:rPr>
          <w:color w:val="C00000"/>
        </w:rPr>
      </w:pPr>
      <w:r w:rsidRPr="00835671">
        <w:rPr>
          <w:color w:val="C00000"/>
        </w:rPr>
        <w:t>Schedule 1 – Back Room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2"/>
        <w:gridCol w:w="4318"/>
      </w:tblGrid>
      <w:tr w:rsidR="00CA3F74" w14:paraId="422768A3" w14:textId="77777777">
        <w:tc>
          <w:tcPr>
            <w:tcW w:w="4320" w:type="dxa"/>
          </w:tcPr>
          <w:p w14:paraId="63D6E04E" w14:textId="77777777" w:rsidR="00CA3F74" w:rsidRDefault="00E80669">
            <w:r>
              <w:t>Licensee</w:t>
            </w:r>
          </w:p>
        </w:tc>
        <w:tc>
          <w:tcPr>
            <w:tcW w:w="4320" w:type="dxa"/>
          </w:tcPr>
          <w:p w14:paraId="45680227" w14:textId="77777777" w:rsidR="00CA3F74" w:rsidRDefault="00E80669">
            <w:r>
              <w:t>________________________________</w:t>
            </w:r>
          </w:p>
        </w:tc>
      </w:tr>
      <w:tr w:rsidR="00CA3F74" w14:paraId="768FCE83" w14:textId="77777777">
        <w:tc>
          <w:tcPr>
            <w:tcW w:w="4320" w:type="dxa"/>
          </w:tcPr>
          <w:p w14:paraId="7CE60037" w14:textId="77777777" w:rsidR="00CA3F74" w:rsidRDefault="00E80669">
            <w:r>
              <w:t>Room</w:t>
            </w:r>
          </w:p>
        </w:tc>
        <w:tc>
          <w:tcPr>
            <w:tcW w:w="4320" w:type="dxa"/>
          </w:tcPr>
          <w:p w14:paraId="1EA3375E" w14:textId="77777777" w:rsidR="00CA3F74" w:rsidRDefault="00E80669">
            <w:r>
              <w:t>Back Room</w:t>
            </w:r>
          </w:p>
        </w:tc>
      </w:tr>
      <w:tr w:rsidR="00CA3F74" w14:paraId="3BD82D3B" w14:textId="77777777">
        <w:tc>
          <w:tcPr>
            <w:tcW w:w="4320" w:type="dxa"/>
          </w:tcPr>
          <w:p w14:paraId="05F26EBB" w14:textId="77777777" w:rsidR="00CA3F74" w:rsidRDefault="00E80669">
            <w:r>
              <w:t>Permitted Use</w:t>
            </w:r>
          </w:p>
        </w:tc>
        <w:tc>
          <w:tcPr>
            <w:tcW w:w="4320" w:type="dxa"/>
          </w:tcPr>
          <w:p w14:paraId="408EA837" w14:textId="77777777" w:rsidR="00CA3F74" w:rsidRDefault="00E80669">
            <w:r>
              <w:t>General business / office / craft use</w:t>
            </w:r>
          </w:p>
        </w:tc>
      </w:tr>
      <w:tr w:rsidR="00CA3F74" w14:paraId="3AB3FEFF" w14:textId="77777777">
        <w:tc>
          <w:tcPr>
            <w:tcW w:w="4320" w:type="dxa"/>
          </w:tcPr>
          <w:p w14:paraId="6F4C15CF" w14:textId="77777777" w:rsidR="00CA3F74" w:rsidRDefault="00E80669">
            <w:r>
              <w:t>Monthly Licence Fee</w:t>
            </w:r>
          </w:p>
        </w:tc>
        <w:tc>
          <w:tcPr>
            <w:tcW w:w="4320" w:type="dxa"/>
          </w:tcPr>
          <w:p w14:paraId="54ED9D2F" w14:textId="591D4BA8" w:rsidR="00CA3F74" w:rsidRDefault="00E80669">
            <w:r>
              <w:t>£</w:t>
            </w:r>
          </w:p>
        </w:tc>
      </w:tr>
      <w:tr w:rsidR="00CA3F74" w14:paraId="0D651F68" w14:textId="77777777">
        <w:tc>
          <w:tcPr>
            <w:tcW w:w="4320" w:type="dxa"/>
          </w:tcPr>
          <w:p w14:paraId="264A5E32" w14:textId="77777777" w:rsidR="00CA3F74" w:rsidRDefault="00E80669">
            <w:r>
              <w:t>Commencement Date</w:t>
            </w:r>
          </w:p>
        </w:tc>
        <w:tc>
          <w:tcPr>
            <w:tcW w:w="4320" w:type="dxa"/>
          </w:tcPr>
          <w:p w14:paraId="0E0C6AAD" w14:textId="77777777" w:rsidR="00CA3F74" w:rsidRDefault="00E80669">
            <w:r>
              <w:t>________________________________</w:t>
            </w:r>
          </w:p>
        </w:tc>
      </w:tr>
      <w:tr w:rsidR="00CA3F74" w14:paraId="49C08777" w14:textId="77777777">
        <w:tc>
          <w:tcPr>
            <w:tcW w:w="4320" w:type="dxa"/>
          </w:tcPr>
          <w:p w14:paraId="7B7280DD" w14:textId="77777777" w:rsidR="00CA3F74" w:rsidRDefault="00E80669">
            <w:r>
              <w:t>Special Conditions</w:t>
            </w:r>
          </w:p>
        </w:tc>
        <w:tc>
          <w:tcPr>
            <w:tcW w:w="4320" w:type="dxa"/>
          </w:tcPr>
          <w:p w14:paraId="72C6A54E" w14:textId="77777777" w:rsidR="00CA3F74" w:rsidRDefault="00E80669">
            <w:r>
              <w:t>None unless attached</w:t>
            </w:r>
          </w:p>
        </w:tc>
      </w:tr>
    </w:tbl>
    <w:p w14:paraId="45973225" w14:textId="77777777" w:rsidR="00CA3F74" w:rsidRPr="00835671" w:rsidRDefault="00E80669">
      <w:pPr>
        <w:pStyle w:val="Heading2"/>
        <w:rPr>
          <w:color w:val="C00000"/>
        </w:rPr>
      </w:pPr>
      <w:r w:rsidRPr="00835671">
        <w:rPr>
          <w:color w:val="C00000"/>
        </w:rPr>
        <w:t>Schedule 2 – Front Room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2"/>
        <w:gridCol w:w="4318"/>
      </w:tblGrid>
      <w:tr w:rsidR="00CA3F74" w14:paraId="69499178" w14:textId="77777777">
        <w:tc>
          <w:tcPr>
            <w:tcW w:w="4320" w:type="dxa"/>
          </w:tcPr>
          <w:p w14:paraId="546B96C6" w14:textId="77777777" w:rsidR="00CA3F74" w:rsidRDefault="00E80669">
            <w:r>
              <w:t>Licensee</w:t>
            </w:r>
          </w:p>
        </w:tc>
        <w:tc>
          <w:tcPr>
            <w:tcW w:w="4320" w:type="dxa"/>
          </w:tcPr>
          <w:p w14:paraId="3E8401E5" w14:textId="77777777" w:rsidR="00CA3F74" w:rsidRDefault="00E80669">
            <w:r>
              <w:t>________________________________</w:t>
            </w:r>
          </w:p>
        </w:tc>
      </w:tr>
      <w:tr w:rsidR="00CA3F74" w14:paraId="750A9D4D" w14:textId="77777777">
        <w:tc>
          <w:tcPr>
            <w:tcW w:w="4320" w:type="dxa"/>
          </w:tcPr>
          <w:p w14:paraId="465E9C48" w14:textId="77777777" w:rsidR="00CA3F74" w:rsidRDefault="00E80669">
            <w:r>
              <w:t>Room</w:t>
            </w:r>
          </w:p>
        </w:tc>
        <w:tc>
          <w:tcPr>
            <w:tcW w:w="4320" w:type="dxa"/>
          </w:tcPr>
          <w:p w14:paraId="369E6161" w14:textId="77777777" w:rsidR="00CA3F74" w:rsidRDefault="00E80669">
            <w:r>
              <w:t>Front Room</w:t>
            </w:r>
          </w:p>
        </w:tc>
      </w:tr>
      <w:tr w:rsidR="00CA3F74" w14:paraId="52E9445C" w14:textId="77777777">
        <w:tc>
          <w:tcPr>
            <w:tcW w:w="4320" w:type="dxa"/>
          </w:tcPr>
          <w:p w14:paraId="334195B9" w14:textId="77777777" w:rsidR="00CA3F74" w:rsidRDefault="00E80669">
            <w:r>
              <w:t>Permitted Use</w:t>
            </w:r>
          </w:p>
        </w:tc>
        <w:tc>
          <w:tcPr>
            <w:tcW w:w="4320" w:type="dxa"/>
          </w:tcPr>
          <w:p w14:paraId="7619B2B2" w14:textId="77777777" w:rsidR="00CA3F74" w:rsidRDefault="00E80669">
            <w:r>
              <w:t>General business / office / craft use</w:t>
            </w:r>
          </w:p>
        </w:tc>
      </w:tr>
      <w:tr w:rsidR="00CA3F74" w14:paraId="12F1FBDB" w14:textId="77777777">
        <w:tc>
          <w:tcPr>
            <w:tcW w:w="4320" w:type="dxa"/>
          </w:tcPr>
          <w:p w14:paraId="59F05443" w14:textId="77777777" w:rsidR="00CA3F74" w:rsidRDefault="00E80669">
            <w:r>
              <w:t>Monthly Licence Fee</w:t>
            </w:r>
          </w:p>
        </w:tc>
        <w:tc>
          <w:tcPr>
            <w:tcW w:w="4320" w:type="dxa"/>
          </w:tcPr>
          <w:p w14:paraId="73DD7C2F" w14:textId="09F8AA07" w:rsidR="00CA3F74" w:rsidRDefault="00E80669">
            <w:r>
              <w:t>£</w:t>
            </w:r>
          </w:p>
        </w:tc>
      </w:tr>
      <w:tr w:rsidR="00CA3F74" w14:paraId="11C7E7AB" w14:textId="77777777">
        <w:tc>
          <w:tcPr>
            <w:tcW w:w="4320" w:type="dxa"/>
          </w:tcPr>
          <w:p w14:paraId="6857BFDF" w14:textId="77777777" w:rsidR="00CA3F74" w:rsidRDefault="00E80669">
            <w:r>
              <w:t>Commencement Date</w:t>
            </w:r>
          </w:p>
        </w:tc>
        <w:tc>
          <w:tcPr>
            <w:tcW w:w="4320" w:type="dxa"/>
          </w:tcPr>
          <w:p w14:paraId="0968BA83" w14:textId="77777777" w:rsidR="00CA3F74" w:rsidRDefault="00E80669">
            <w:r>
              <w:t>________________________________</w:t>
            </w:r>
          </w:p>
        </w:tc>
      </w:tr>
      <w:tr w:rsidR="00CA3F74" w14:paraId="34FF888E" w14:textId="77777777">
        <w:tc>
          <w:tcPr>
            <w:tcW w:w="4320" w:type="dxa"/>
          </w:tcPr>
          <w:p w14:paraId="3D0F47D0" w14:textId="77777777" w:rsidR="00CA3F74" w:rsidRDefault="00E80669">
            <w:r>
              <w:t>Special Conditions</w:t>
            </w:r>
          </w:p>
        </w:tc>
        <w:tc>
          <w:tcPr>
            <w:tcW w:w="4320" w:type="dxa"/>
          </w:tcPr>
          <w:p w14:paraId="0E42D55A" w14:textId="77777777" w:rsidR="00CA3F74" w:rsidRDefault="00E80669">
            <w:r>
              <w:t>None unless attached</w:t>
            </w:r>
          </w:p>
        </w:tc>
      </w:tr>
    </w:tbl>
    <w:p w14:paraId="42DD72FF" w14:textId="77777777" w:rsidR="00CA3F74" w:rsidRPr="00835671" w:rsidRDefault="00E80669">
      <w:pPr>
        <w:pStyle w:val="Heading2"/>
        <w:rPr>
          <w:color w:val="C00000"/>
        </w:rPr>
      </w:pPr>
      <w:r w:rsidRPr="00835671">
        <w:rPr>
          <w:color w:val="C00000"/>
        </w:rPr>
        <w:t>Schedule 3 – Tea Rooms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2"/>
        <w:gridCol w:w="4318"/>
      </w:tblGrid>
      <w:tr w:rsidR="00CA3F74" w14:paraId="6E899C7F" w14:textId="77777777">
        <w:tc>
          <w:tcPr>
            <w:tcW w:w="4320" w:type="dxa"/>
          </w:tcPr>
          <w:p w14:paraId="44916A24" w14:textId="77777777" w:rsidR="00CA3F74" w:rsidRDefault="00E80669">
            <w:r>
              <w:t>Licensee</w:t>
            </w:r>
          </w:p>
        </w:tc>
        <w:tc>
          <w:tcPr>
            <w:tcW w:w="4320" w:type="dxa"/>
          </w:tcPr>
          <w:p w14:paraId="19A1C830" w14:textId="77777777" w:rsidR="00CA3F74" w:rsidRDefault="00E80669">
            <w:r>
              <w:t>________________________________</w:t>
            </w:r>
          </w:p>
        </w:tc>
      </w:tr>
      <w:tr w:rsidR="00CA3F74" w14:paraId="3FD8B616" w14:textId="77777777">
        <w:tc>
          <w:tcPr>
            <w:tcW w:w="4320" w:type="dxa"/>
          </w:tcPr>
          <w:p w14:paraId="3045A3C8" w14:textId="77777777" w:rsidR="00CA3F74" w:rsidRDefault="00E80669">
            <w:r>
              <w:t>Room</w:t>
            </w:r>
          </w:p>
        </w:tc>
        <w:tc>
          <w:tcPr>
            <w:tcW w:w="4320" w:type="dxa"/>
          </w:tcPr>
          <w:p w14:paraId="7AA8FC01" w14:textId="77777777" w:rsidR="00CA3F74" w:rsidRDefault="00E80669">
            <w:r>
              <w:t>Tea Rooms</w:t>
            </w:r>
          </w:p>
        </w:tc>
      </w:tr>
      <w:tr w:rsidR="00CA3F74" w14:paraId="51FC8DE5" w14:textId="77777777">
        <w:tc>
          <w:tcPr>
            <w:tcW w:w="4320" w:type="dxa"/>
          </w:tcPr>
          <w:p w14:paraId="77CE506B" w14:textId="77777777" w:rsidR="00CA3F74" w:rsidRDefault="00E80669">
            <w:r>
              <w:t>Permitted Use</w:t>
            </w:r>
          </w:p>
        </w:tc>
        <w:tc>
          <w:tcPr>
            <w:tcW w:w="4320" w:type="dxa"/>
          </w:tcPr>
          <w:p w14:paraId="40EFFE53" w14:textId="77777777" w:rsidR="00CA3F74" w:rsidRDefault="00E80669">
            <w:r>
              <w:t>Tea room / café use</w:t>
            </w:r>
          </w:p>
        </w:tc>
      </w:tr>
      <w:tr w:rsidR="00CA3F74" w14:paraId="7A9BB5E1" w14:textId="77777777">
        <w:tc>
          <w:tcPr>
            <w:tcW w:w="4320" w:type="dxa"/>
          </w:tcPr>
          <w:p w14:paraId="60DC5891" w14:textId="77777777" w:rsidR="00CA3F74" w:rsidRDefault="00E80669">
            <w:r>
              <w:t>Monthly Licence Fee</w:t>
            </w:r>
          </w:p>
        </w:tc>
        <w:tc>
          <w:tcPr>
            <w:tcW w:w="4320" w:type="dxa"/>
          </w:tcPr>
          <w:p w14:paraId="003E8C5F" w14:textId="76609550" w:rsidR="00CA3F74" w:rsidRDefault="00E80669">
            <w:r>
              <w:t>£</w:t>
            </w:r>
          </w:p>
        </w:tc>
      </w:tr>
      <w:tr w:rsidR="00CA3F74" w14:paraId="25573AC4" w14:textId="77777777">
        <w:tc>
          <w:tcPr>
            <w:tcW w:w="4320" w:type="dxa"/>
          </w:tcPr>
          <w:p w14:paraId="429D80BC" w14:textId="77777777" w:rsidR="00CA3F74" w:rsidRDefault="00E80669">
            <w:r>
              <w:t>Commencement Date</w:t>
            </w:r>
          </w:p>
        </w:tc>
        <w:tc>
          <w:tcPr>
            <w:tcW w:w="4320" w:type="dxa"/>
          </w:tcPr>
          <w:p w14:paraId="2F60883C" w14:textId="77777777" w:rsidR="00CA3F74" w:rsidRDefault="00E80669">
            <w:r>
              <w:t>________________________________</w:t>
            </w:r>
          </w:p>
        </w:tc>
      </w:tr>
      <w:tr w:rsidR="00CA3F74" w14:paraId="7B91749A" w14:textId="77777777">
        <w:tc>
          <w:tcPr>
            <w:tcW w:w="4320" w:type="dxa"/>
          </w:tcPr>
          <w:p w14:paraId="1E764A4C" w14:textId="77777777" w:rsidR="00CA3F74" w:rsidRDefault="00E80669">
            <w:r>
              <w:t>Special Conditions</w:t>
            </w:r>
          </w:p>
        </w:tc>
        <w:tc>
          <w:tcPr>
            <w:tcW w:w="4320" w:type="dxa"/>
          </w:tcPr>
          <w:p w14:paraId="3B0CF7F6" w14:textId="77777777" w:rsidR="00CA3F74" w:rsidRDefault="00E80669">
            <w:r>
              <w:t>None unless attached</w:t>
            </w:r>
          </w:p>
        </w:tc>
      </w:tr>
    </w:tbl>
    <w:p w14:paraId="43B09623" w14:textId="77777777" w:rsidR="00CA3F74" w:rsidRPr="00835671" w:rsidRDefault="00E80669">
      <w:pPr>
        <w:pStyle w:val="Heading2"/>
        <w:rPr>
          <w:color w:val="C00000"/>
        </w:rPr>
      </w:pPr>
      <w:r w:rsidRPr="00835671">
        <w:rPr>
          <w:color w:val="C00000"/>
        </w:rPr>
        <w:t>Schedule 4 – Beauty Room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2"/>
        <w:gridCol w:w="4318"/>
      </w:tblGrid>
      <w:tr w:rsidR="00CA3F74" w14:paraId="3B48997C" w14:textId="77777777">
        <w:tc>
          <w:tcPr>
            <w:tcW w:w="4320" w:type="dxa"/>
          </w:tcPr>
          <w:p w14:paraId="687CA4DD" w14:textId="77777777" w:rsidR="00CA3F74" w:rsidRDefault="00E80669">
            <w:r>
              <w:t>Licensee</w:t>
            </w:r>
          </w:p>
        </w:tc>
        <w:tc>
          <w:tcPr>
            <w:tcW w:w="4320" w:type="dxa"/>
          </w:tcPr>
          <w:p w14:paraId="10CD9E8F" w14:textId="77777777" w:rsidR="00CA3F74" w:rsidRDefault="00E80669">
            <w:r>
              <w:t>________________________________</w:t>
            </w:r>
          </w:p>
        </w:tc>
      </w:tr>
      <w:tr w:rsidR="00CA3F74" w14:paraId="7E1389BE" w14:textId="77777777">
        <w:tc>
          <w:tcPr>
            <w:tcW w:w="4320" w:type="dxa"/>
          </w:tcPr>
          <w:p w14:paraId="6B34F31A" w14:textId="77777777" w:rsidR="00CA3F74" w:rsidRDefault="00E80669">
            <w:r>
              <w:t>Room</w:t>
            </w:r>
          </w:p>
        </w:tc>
        <w:tc>
          <w:tcPr>
            <w:tcW w:w="4320" w:type="dxa"/>
          </w:tcPr>
          <w:p w14:paraId="695F0A1A" w14:textId="77777777" w:rsidR="00CA3F74" w:rsidRDefault="00E80669">
            <w:r>
              <w:t>Beauty Room</w:t>
            </w:r>
          </w:p>
        </w:tc>
      </w:tr>
      <w:tr w:rsidR="00CA3F74" w14:paraId="00B91744" w14:textId="77777777">
        <w:tc>
          <w:tcPr>
            <w:tcW w:w="4320" w:type="dxa"/>
          </w:tcPr>
          <w:p w14:paraId="4E98395B" w14:textId="77777777" w:rsidR="00CA3F74" w:rsidRDefault="00E80669">
            <w:r>
              <w:t>Permitted Use</w:t>
            </w:r>
          </w:p>
        </w:tc>
        <w:tc>
          <w:tcPr>
            <w:tcW w:w="4320" w:type="dxa"/>
          </w:tcPr>
          <w:p w14:paraId="40DD314C" w14:textId="77777777" w:rsidR="00CA3F74" w:rsidRDefault="00E80669">
            <w:r>
              <w:t>Beauty and wellbeing treatment use</w:t>
            </w:r>
          </w:p>
        </w:tc>
      </w:tr>
      <w:tr w:rsidR="00CA3F74" w14:paraId="1EB6E5FC" w14:textId="77777777">
        <w:tc>
          <w:tcPr>
            <w:tcW w:w="4320" w:type="dxa"/>
          </w:tcPr>
          <w:p w14:paraId="57BE3955" w14:textId="77777777" w:rsidR="00CA3F74" w:rsidRDefault="00E80669">
            <w:r>
              <w:t>Monthly Licence Fee</w:t>
            </w:r>
          </w:p>
        </w:tc>
        <w:tc>
          <w:tcPr>
            <w:tcW w:w="4320" w:type="dxa"/>
          </w:tcPr>
          <w:p w14:paraId="37AA6379" w14:textId="7AE469B8" w:rsidR="00CA3F74" w:rsidRDefault="00E80669">
            <w:r>
              <w:t>£</w:t>
            </w:r>
          </w:p>
        </w:tc>
      </w:tr>
      <w:tr w:rsidR="00CA3F74" w14:paraId="5799C6E9" w14:textId="77777777">
        <w:tc>
          <w:tcPr>
            <w:tcW w:w="4320" w:type="dxa"/>
          </w:tcPr>
          <w:p w14:paraId="69A1C3E5" w14:textId="77777777" w:rsidR="00CA3F74" w:rsidRDefault="00E80669">
            <w:r>
              <w:t>Commencement Date</w:t>
            </w:r>
          </w:p>
        </w:tc>
        <w:tc>
          <w:tcPr>
            <w:tcW w:w="4320" w:type="dxa"/>
          </w:tcPr>
          <w:p w14:paraId="7DE50FBD" w14:textId="77777777" w:rsidR="00CA3F74" w:rsidRDefault="00E80669">
            <w:r>
              <w:t>________________________________</w:t>
            </w:r>
          </w:p>
        </w:tc>
      </w:tr>
      <w:tr w:rsidR="00CA3F74" w14:paraId="3C5C8DA6" w14:textId="77777777">
        <w:tc>
          <w:tcPr>
            <w:tcW w:w="4320" w:type="dxa"/>
          </w:tcPr>
          <w:p w14:paraId="4170BF39" w14:textId="77777777" w:rsidR="00CA3F74" w:rsidRDefault="00E80669">
            <w:r>
              <w:t>Special Conditions</w:t>
            </w:r>
          </w:p>
        </w:tc>
        <w:tc>
          <w:tcPr>
            <w:tcW w:w="4320" w:type="dxa"/>
          </w:tcPr>
          <w:p w14:paraId="1D64BABC" w14:textId="77777777" w:rsidR="00CA3F74" w:rsidRDefault="00E80669">
            <w:r>
              <w:t>None unless attached</w:t>
            </w:r>
          </w:p>
        </w:tc>
      </w:tr>
    </w:tbl>
    <w:p w14:paraId="7974EEA9" w14:textId="1BA17F02" w:rsidR="00CA3F74" w:rsidRPr="00835671" w:rsidRDefault="00E80669">
      <w:pPr>
        <w:pStyle w:val="Heading1"/>
        <w:rPr>
          <w:color w:val="C00000"/>
        </w:rPr>
      </w:pPr>
      <w:r w:rsidRPr="00835671">
        <w:rPr>
          <w:color w:val="C00000"/>
        </w:rPr>
        <w:t>Execut</w:t>
      </w:r>
      <w:r w:rsidR="00835671">
        <w:rPr>
          <w:color w:val="C00000"/>
        </w:rPr>
        <w:t>i</w:t>
      </w:r>
      <w:r w:rsidRPr="00835671">
        <w:rPr>
          <w:color w:val="C00000"/>
        </w:rPr>
        <w:t>on</w:t>
      </w:r>
    </w:p>
    <w:p w14:paraId="15F4AFE6" w14:textId="77777777" w:rsidR="00CA3F74" w:rsidRDefault="00E80669">
      <w:r>
        <w:t>Signed for and on behalf of Cheddleton Parish Council:</w:t>
      </w:r>
      <w:r>
        <w:br/>
      </w:r>
      <w:r>
        <w:br/>
        <w:t>Name: ________________________________</w:t>
      </w:r>
      <w:r>
        <w:br/>
      </w:r>
      <w:r>
        <w:br/>
        <w:t>Signature: _____________________________</w:t>
      </w:r>
      <w:r>
        <w:br/>
      </w:r>
      <w:r>
        <w:br/>
        <w:t>Date: _________________________________</w:t>
      </w:r>
    </w:p>
    <w:p w14:paraId="670CD09C" w14:textId="77777777" w:rsidR="00CA3F74" w:rsidRDefault="00E80669">
      <w:r>
        <w:br/>
        <w:t>Signed by the Licensee:</w:t>
      </w:r>
      <w:r>
        <w:br/>
      </w:r>
      <w:r>
        <w:br/>
        <w:t>Name: ________________________________</w:t>
      </w:r>
      <w:r>
        <w:br/>
      </w:r>
      <w:r>
        <w:br/>
        <w:t>Signature: _____________________________</w:t>
      </w:r>
      <w:r>
        <w:br/>
      </w:r>
      <w:r>
        <w:br/>
        <w:t>Date: _________________________________</w:t>
      </w:r>
    </w:p>
    <w:sectPr w:rsidR="00CA3F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6280630">
    <w:abstractNumId w:val="8"/>
  </w:num>
  <w:num w:numId="2" w16cid:durableId="2012950047">
    <w:abstractNumId w:val="6"/>
  </w:num>
  <w:num w:numId="3" w16cid:durableId="2073430014">
    <w:abstractNumId w:val="5"/>
  </w:num>
  <w:num w:numId="4" w16cid:durableId="978876479">
    <w:abstractNumId w:val="4"/>
  </w:num>
  <w:num w:numId="5" w16cid:durableId="44452357">
    <w:abstractNumId w:val="7"/>
  </w:num>
  <w:num w:numId="6" w16cid:durableId="1228805276">
    <w:abstractNumId w:val="3"/>
  </w:num>
  <w:num w:numId="7" w16cid:durableId="1258252965">
    <w:abstractNumId w:val="2"/>
  </w:num>
  <w:num w:numId="8" w16cid:durableId="1576865401">
    <w:abstractNumId w:val="1"/>
  </w:num>
  <w:num w:numId="9" w16cid:durableId="183903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5DF3"/>
    <w:rsid w:val="0029639D"/>
    <w:rsid w:val="00326F90"/>
    <w:rsid w:val="00835671"/>
    <w:rsid w:val="00AA1D8D"/>
    <w:rsid w:val="00B47730"/>
    <w:rsid w:val="00C67747"/>
    <w:rsid w:val="00CA3F74"/>
    <w:rsid w:val="00CB0664"/>
    <w:rsid w:val="00E51C36"/>
    <w:rsid w:val="00E80669"/>
    <w:rsid w:val="00FC693F"/>
    <w:rsid w:val="00FD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042EAF"/>
  <w14:defaultImageDpi w14:val="300"/>
  <w15:docId w15:val="{66183C92-CA02-4D1B-85D0-61B315640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664</Words>
  <Characters>4072</Characters>
  <Application>Microsoft Office Word</Application>
  <DocSecurity>0</DocSecurity>
  <Lines>156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19</vt:i4>
      </vt:variant>
    </vt:vector>
  </HeadingPairs>
  <TitlesOfParts>
    <vt:vector size="20" baseType="lpstr">
      <vt:lpstr/>
      <vt:lpstr>1. Parties</vt:lpstr>
      <vt:lpstr>2. Property</vt:lpstr>
      <vt:lpstr>3. Nature of Agreement</vt:lpstr>
      <vt:lpstr>4. Permitted Use</vt:lpstr>
      <vt:lpstr>5. Licence Fee</vt:lpstr>
      <vt:lpstr>6. Shared Areas</vt:lpstr>
      <vt:lpstr>7. Licensee Obligations</vt:lpstr>
      <vt:lpstr>8. Licensor Obligations</vt:lpstr>
      <vt:lpstr>9. Access</vt:lpstr>
      <vt:lpstr>10. Term</vt:lpstr>
      <vt:lpstr>11. Notices</vt:lpstr>
      <vt:lpstr>12. Liability</vt:lpstr>
      <vt:lpstr>13. Governing Law</vt:lpstr>
      <vt:lpstr>SCHEDULES</vt:lpstr>
      <vt:lpstr>    Schedule 1 – Back Room</vt:lpstr>
      <vt:lpstr>    Schedule 2 – Front Room</vt:lpstr>
      <vt:lpstr>    Schedule 3 – Tea Rooms</vt:lpstr>
      <vt:lpstr>    Schedule 4 – Beauty Room</vt:lpstr>
      <vt:lpstr>Execution</vt:lpstr>
    </vt:vector>
  </TitlesOfParts>
  <Manager/>
  <Company/>
  <LinksUpToDate>false</LinksUpToDate>
  <CharactersWithSpaces>4624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Melanie Matthews</cp:lastModifiedBy>
  <cp:revision>2</cp:revision>
  <dcterms:created xsi:type="dcterms:W3CDTF">2026-05-08T11:55:00Z</dcterms:created>
  <dcterms:modified xsi:type="dcterms:W3CDTF">2026-05-08T11:55:00Z</dcterms:modified>
  <cp:category/>
</cp:coreProperties>
</file>